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090DC" w14:textId="77777777" w:rsidR="002E672C" w:rsidRPr="0000498B" w:rsidRDefault="00373489">
      <w:pPr>
        <w:pStyle w:val="Heading1"/>
        <w:rPr>
          <w:rFonts w:ascii="Letter-join Air Plus 4" w:hAnsi="Letter-join Air Plus 4"/>
        </w:rPr>
      </w:pPr>
      <w:r w:rsidRPr="0000498B">
        <w:rPr>
          <w:rFonts w:ascii="Letter-join Air Plus 4" w:hAnsi="Letter-join Air Plus 4"/>
          <w:color w:val="EE0000"/>
        </w:rPr>
        <w:t>Music Curriculum Map</w:t>
      </w:r>
    </w:p>
    <w:p w14:paraId="3041F7F6" w14:textId="25B8E57C" w:rsidR="0000498B" w:rsidRPr="0000498B" w:rsidRDefault="0000498B" w:rsidP="0000498B">
      <w:r w:rsidRPr="000F3287">
        <w:rPr>
          <w:rFonts w:ascii="Letter-join Air Plus 4" w:hAnsi="Letter-join Air Plus 4"/>
        </w:rPr>
        <w:t>Our music curriculum is built around three assessment strands used in every unit:</w:t>
      </w:r>
      <w:r w:rsidRPr="000F3287">
        <w:rPr>
          <w:rFonts w:ascii="Letter-join Air Plus 4" w:hAnsi="Letter-join Air Plus 4"/>
        </w:rPr>
        <w:br/>
        <w:t>• Listening &amp; Appraising</w:t>
      </w:r>
      <w:r w:rsidRPr="000F3287">
        <w:rPr>
          <w:rFonts w:ascii="Letter-join Air Plus 4" w:hAnsi="Letter-join Air Plus 4"/>
        </w:rPr>
        <w:br/>
        <w:t>• Performing</w:t>
      </w:r>
      <w:r w:rsidRPr="000F3287">
        <w:rPr>
          <w:rFonts w:ascii="Letter-join Air Plus 4" w:hAnsi="Letter-join Air Plus 4"/>
        </w:rPr>
        <w:br/>
        <w:t>• Creating</w:t>
      </w:r>
    </w:p>
    <w:tbl>
      <w:tblPr>
        <w:tblStyle w:val="TableGrid"/>
        <w:tblW w:w="11199" w:type="dxa"/>
        <w:tblInd w:w="-1026" w:type="dxa"/>
        <w:tblLook w:val="04A0" w:firstRow="1" w:lastRow="0" w:firstColumn="1" w:lastColumn="0" w:noHBand="0" w:noVBand="1"/>
      </w:tblPr>
      <w:tblGrid>
        <w:gridCol w:w="1313"/>
        <w:gridCol w:w="3365"/>
        <w:gridCol w:w="2855"/>
        <w:gridCol w:w="3666"/>
      </w:tblGrid>
      <w:tr w:rsidR="002E672C" w14:paraId="77BD775D" w14:textId="77777777" w:rsidTr="0000498B">
        <w:tc>
          <w:tcPr>
            <w:tcW w:w="1313" w:type="dxa"/>
          </w:tcPr>
          <w:p w14:paraId="62A1FE2B" w14:textId="77777777" w:rsidR="002E672C" w:rsidRDefault="00373489">
            <w:r>
              <w:t>Year</w:t>
            </w:r>
          </w:p>
        </w:tc>
        <w:tc>
          <w:tcPr>
            <w:tcW w:w="3365" w:type="dxa"/>
          </w:tcPr>
          <w:p w14:paraId="7BA0A4F0" w14:textId="77777777" w:rsidR="002E672C" w:rsidRDefault="00373489">
            <w:r>
              <w:t>Autumn</w:t>
            </w:r>
          </w:p>
        </w:tc>
        <w:tc>
          <w:tcPr>
            <w:tcW w:w="2855" w:type="dxa"/>
          </w:tcPr>
          <w:p w14:paraId="5CE48BEA" w14:textId="77777777" w:rsidR="002E672C" w:rsidRDefault="00373489">
            <w:r>
              <w:t>Spring</w:t>
            </w:r>
          </w:p>
        </w:tc>
        <w:tc>
          <w:tcPr>
            <w:tcW w:w="3666" w:type="dxa"/>
          </w:tcPr>
          <w:p w14:paraId="46D86C3F" w14:textId="77777777" w:rsidR="002E672C" w:rsidRDefault="00373489">
            <w:r>
              <w:t>Summer</w:t>
            </w:r>
          </w:p>
        </w:tc>
      </w:tr>
      <w:tr w:rsidR="002E672C" w14:paraId="3C970395" w14:textId="77777777" w:rsidTr="0000498B">
        <w:tc>
          <w:tcPr>
            <w:tcW w:w="1313" w:type="dxa"/>
          </w:tcPr>
          <w:p w14:paraId="3A9919C1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Reception</w:t>
            </w:r>
          </w:p>
        </w:tc>
        <w:tc>
          <w:tcPr>
            <w:tcW w:w="3365" w:type="dxa"/>
          </w:tcPr>
          <w:p w14:paraId="1E7DDB67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Me!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L&amp;A: Respond to music through movement, singing and talk.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Join in with songs and keep a steady pulse.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Explore and make sounds using my voice and instruments.</w:t>
            </w:r>
          </w:p>
        </w:tc>
        <w:tc>
          <w:tcPr>
            <w:tcW w:w="2855" w:type="dxa"/>
          </w:tcPr>
          <w:p w14:paraId="5D56D389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Everyone!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L&amp;A: Describe how music makes me feel.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Sing familiar songs with others.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Create simple sound patterns.</w:t>
            </w:r>
          </w:p>
        </w:tc>
        <w:tc>
          <w:tcPr>
            <w:tcW w:w="3666" w:type="dxa"/>
          </w:tcPr>
          <w:p w14:paraId="66FE15CB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Our World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 xml:space="preserve">L&amp;A: </w:t>
            </w:r>
            <w:proofErr w:type="spellStart"/>
            <w:r w:rsidRPr="0000498B">
              <w:rPr>
                <w:rFonts w:ascii="Letter-join Air Plus 4" w:hAnsi="Letter-join Air Plus 4"/>
              </w:rPr>
              <w:t>Recognise</w:t>
            </w:r>
            <w:proofErr w:type="spellEnd"/>
            <w:r w:rsidRPr="0000498B">
              <w:rPr>
                <w:rFonts w:ascii="Letter-join Air Plus 4" w:hAnsi="Letter-join Air Plus 4"/>
              </w:rPr>
              <w:t xml:space="preserve"> changes in music such as fast/slow and loud/quiet.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Perform songs confidently with my class.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t>C: Choose sounds to represent ideas or stories.</w:t>
            </w:r>
          </w:p>
        </w:tc>
      </w:tr>
      <w:tr w:rsidR="002E672C" w14:paraId="08F39A9D" w14:textId="77777777" w:rsidTr="0000498B">
        <w:tc>
          <w:tcPr>
            <w:tcW w:w="1313" w:type="dxa"/>
          </w:tcPr>
          <w:p w14:paraId="0871481E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Year 1</w:t>
            </w:r>
          </w:p>
        </w:tc>
        <w:tc>
          <w:tcPr>
            <w:tcW w:w="3365" w:type="dxa"/>
          </w:tcPr>
          <w:p w14:paraId="7CE86A55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 xml:space="preserve">Hey </w:t>
            </w:r>
            <w:proofErr w:type="gramStart"/>
            <w:r w:rsidRPr="0000498B">
              <w:rPr>
                <w:rFonts w:ascii="Letter-join Air Plus 4" w:hAnsi="Letter-join Air Plus 4"/>
              </w:rPr>
              <w:t>You</w:t>
            </w:r>
            <w:proofErr w:type="gramEnd"/>
            <w:r w:rsidRPr="0000498B">
              <w:rPr>
                <w:rFonts w:ascii="Letter-join Air Plus 4" w:hAnsi="Letter-join Air Plus 4"/>
              </w:rPr>
              <w:t>!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L&amp;A: Identify the pulse in music.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Sing and clap simple rhythms accurately.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Create short rhythmic patterns.</w:t>
            </w:r>
          </w:p>
        </w:tc>
        <w:tc>
          <w:tcPr>
            <w:tcW w:w="2855" w:type="dxa"/>
          </w:tcPr>
          <w:p w14:paraId="7B442AFF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In The Groove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 xml:space="preserve">L&amp;A: </w:t>
            </w:r>
            <w:proofErr w:type="spellStart"/>
            <w:r w:rsidRPr="0000498B">
              <w:rPr>
                <w:rFonts w:ascii="Letter-join Air Plus 4" w:hAnsi="Letter-join Air Plus 4"/>
              </w:rPr>
              <w:t>Recognise</w:t>
            </w:r>
            <w:proofErr w:type="spellEnd"/>
            <w:r w:rsidRPr="0000498B">
              <w:rPr>
                <w:rFonts w:ascii="Letter-join Air Plus 4" w:hAnsi="Letter-join Air Plus 4"/>
              </w:rPr>
              <w:t xml:space="preserve"> different styles of music.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Keep a steady beat when performing.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Improvise simple musical ideas.</w:t>
            </w:r>
          </w:p>
        </w:tc>
        <w:tc>
          <w:tcPr>
            <w:tcW w:w="3666" w:type="dxa"/>
          </w:tcPr>
          <w:p w14:paraId="01327D0A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proofErr w:type="gramStart"/>
            <w:r w:rsidRPr="0000498B">
              <w:rPr>
                <w:rFonts w:ascii="Letter-join Air Plus 4" w:hAnsi="Letter-join Air Plus 4"/>
              </w:rPr>
              <w:t>Round and Round</w:t>
            </w:r>
            <w:proofErr w:type="gramEnd"/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L&amp;A: Use musical words such as pulse, rhythm and pitch.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Perform confidently with others.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Compose a short piece of music.</w:t>
            </w:r>
          </w:p>
        </w:tc>
      </w:tr>
      <w:tr w:rsidR="002E672C" w14:paraId="56D4E7EC" w14:textId="77777777" w:rsidTr="0000498B">
        <w:tc>
          <w:tcPr>
            <w:tcW w:w="1313" w:type="dxa"/>
          </w:tcPr>
          <w:p w14:paraId="047F326F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Year 2</w:t>
            </w:r>
          </w:p>
        </w:tc>
        <w:tc>
          <w:tcPr>
            <w:tcW w:w="3365" w:type="dxa"/>
          </w:tcPr>
          <w:p w14:paraId="1EBE908C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Hands, Feet, Heart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t>L&amp;A: Describe features of music from different places.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Perform while keeping a steady pulse.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Create rhythmic patterns.</w:t>
            </w:r>
          </w:p>
        </w:tc>
        <w:tc>
          <w:tcPr>
            <w:tcW w:w="2855" w:type="dxa"/>
          </w:tcPr>
          <w:p w14:paraId="0FBC203E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I Wanna Play in a Band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 xml:space="preserve">L&amp;A: </w:t>
            </w:r>
            <w:proofErr w:type="spellStart"/>
            <w:r w:rsidRPr="0000498B">
              <w:rPr>
                <w:rFonts w:ascii="Letter-join Air Plus 4" w:hAnsi="Letter-join Air Plus 4"/>
              </w:rPr>
              <w:t>Recognise</w:t>
            </w:r>
            <w:proofErr w:type="spellEnd"/>
            <w:r w:rsidRPr="0000498B">
              <w:rPr>
                <w:rFonts w:ascii="Letter-join Air Plus 4" w:hAnsi="Letter-join Air Plus 4"/>
              </w:rPr>
              <w:t xml:space="preserve"> instruments and sounds in music.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Sing and play with accuracy.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Improvise musical ideas using rhythm and pitch.</w:t>
            </w:r>
          </w:p>
        </w:tc>
        <w:tc>
          <w:tcPr>
            <w:tcW w:w="3666" w:type="dxa"/>
          </w:tcPr>
          <w:p w14:paraId="3F2DB065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Friendship Song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L&amp;A: Talk about what I hear using musical vocabulary.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Perform with expression and confidence.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Compose and share short musical phrases.</w:t>
            </w:r>
          </w:p>
        </w:tc>
      </w:tr>
      <w:tr w:rsidR="002E672C" w14:paraId="02BD508F" w14:textId="77777777" w:rsidTr="0000498B">
        <w:tc>
          <w:tcPr>
            <w:tcW w:w="1313" w:type="dxa"/>
          </w:tcPr>
          <w:p w14:paraId="40D226FF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Year 3</w:t>
            </w:r>
          </w:p>
        </w:tc>
        <w:tc>
          <w:tcPr>
            <w:tcW w:w="3365" w:type="dxa"/>
          </w:tcPr>
          <w:p w14:paraId="592ECB71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Let Your Spirit Fly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t xml:space="preserve">L&amp;A: Identify pulse, rhythm </w:t>
            </w:r>
            <w:r w:rsidRPr="0000498B">
              <w:rPr>
                <w:rFonts w:ascii="Letter-join Air Plus 4" w:hAnsi="Letter-join Air Plus 4"/>
              </w:rPr>
              <w:lastRenderedPageBreak/>
              <w:t>and pitch.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Perform accurately as part of a group.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Create rhythmic and melodic ideas.</w:t>
            </w:r>
          </w:p>
        </w:tc>
        <w:tc>
          <w:tcPr>
            <w:tcW w:w="2855" w:type="dxa"/>
          </w:tcPr>
          <w:p w14:paraId="733FA0D7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lastRenderedPageBreak/>
              <w:t>Three Little Birds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 xml:space="preserve">L&amp;A: Compare pieces </w:t>
            </w:r>
            <w:r w:rsidRPr="0000498B">
              <w:rPr>
                <w:rFonts w:ascii="Letter-join Air Plus 4" w:hAnsi="Letter-join Air Plus 4"/>
              </w:rPr>
              <w:lastRenderedPageBreak/>
              <w:t>using musical vocabulary.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Maintain my part in an ensemble.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Improvise using given notes or rhythms.</w:t>
            </w:r>
          </w:p>
        </w:tc>
        <w:tc>
          <w:tcPr>
            <w:tcW w:w="3666" w:type="dxa"/>
          </w:tcPr>
          <w:p w14:paraId="6B0A3C6F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lastRenderedPageBreak/>
              <w:t>Bringing Us Together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 xml:space="preserve">L&amp;A: Explain how musical </w:t>
            </w:r>
            <w:r w:rsidRPr="0000498B">
              <w:rPr>
                <w:rFonts w:ascii="Letter-join Air Plus 4" w:hAnsi="Letter-join Air Plus 4"/>
              </w:rPr>
              <w:lastRenderedPageBreak/>
              <w:t>elements create mood.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Perform with increasing control and expression.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Compose with beginning, middle and end.</w:t>
            </w:r>
          </w:p>
        </w:tc>
      </w:tr>
      <w:tr w:rsidR="002E672C" w14:paraId="0FF1B537" w14:textId="77777777" w:rsidTr="0000498B">
        <w:tc>
          <w:tcPr>
            <w:tcW w:w="1313" w:type="dxa"/>
          </w:tcPr>
          <w:p w14:paraId="33C83685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lastRenderedPageBreak/>
              <w:t>Year 4</w:t>
            </w:r>
          </w:p>
        </w:tc>
        <w:tc>
          <w:tcPr>
            <w:tcW w:w="3365" w:type="dxa"/>
          </w:tcPr>
          <w:p w14:paraId="22E06B7B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Mamma Mia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L&amp;A: Describe how musical elements are used.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t>P: Sing or play accurately within a group.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Compose using rhythm and melody.</w:t>
            </w:r>
          </w:p>
        </w:tc>
        <w:tc>
          <w:tcPr>
            <w:tcW w:w="2855" w:type="dxa"/>
          </w:tcPr>
          <w:p w14:paraId="16880C07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Lean on Me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L&amp;A: Identify similarities and differences.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Maintain an independent part.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Improvise confidently within structures.</w:t>
            </w:r>
          </w:p>
        </w:tc>
        <w:tc>
          <w:tcPr>
            <w:tcW w:w="3666" w:type="dxa"/>
          </w:tcPr>
          <w:p w14:paraId="7C4220D0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Blackbird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L&amp;A: Explain the effect on the listener.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Perform with expression, control and awareness.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Record and refine musical ideas.</w:t>
            </w:r>
          </w:p>
        </w:tc>
      </w:tr>
      <w:tr w:rsidR="002E672C" w14:paraId="62168D5B" w14:textId="77777777" w:rsidTr="0000498B">
        <w:tc>
          <w:tcPr>
            <w:tcW w:w="1313" w:type="dxa"/>
          </w:tcPr>
          <w:p w14:paraId="46C1B6F4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Year 5</w:t>
            </w:r>
          </w:p>
        </w:tc>
        <w:tc>
          <w:tcPr>
            <w:tcW w:w="3365" w:type="dxa"/>
          </w:tcPr>
          <w:p w14:paraId="10947C6B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Livin' on a Prayer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 xml:space="preserve">L&amp;A: </w:t>
            </w:r>
            <w:proofErr w:type="spellStart"/>
            <w:r w:rsidRPr="0000498B">
              <w:rPr>
                <w:rFonts w:ascii="Letter-join Air Plus 4" w:hAnsi="Letter-join Air Plus 4"/>
              </w:rPr>
              <w:t>Analyse</w:t>
            </w:r>
            <w:proofErr w:type="spellEnd"/>
            <w:r w:rsidRPr="0000498B">
              <w:rPr>
                <w:rFonts w:ascii="Letter-join Air Plus 4" w:hAnsi="Letter-join Air Plus 4"/>
              </w:rPr>
              <w:t xml:space="preserve"> music using musical vocabulary.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Perform accurately and expressively.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t>C: Compose using rhythmic and melodic ideas.</w:t>
            </w:r>
          </w:p>
        </w:tc>
        <w:tc>
          <w:tcPr>
            <w:tcW w:w="2855" w:type="dxa"/>
          </w:tcPr>
          <w:p w14:paraId="2B75DD2E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Classroom Jazz 1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L&amp;A: Identify features of styles and traditions.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Maintain my own part.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Improvise using scales, patterns or notation.</w:t>
            </w:r>
          </w:p>
        </w:tc>
        <w:tc>
          <w:tcPr>
            <w:tcW w:w="3666" w:type="dxa"/>
          </w:tcPr>
          <w:p w14:paraId="63B2EC0D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Dancing in the Street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L&amp;A: Evaluate music using evidence.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Perform confidently for an audience.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Compose and refine for a specific purpose.</w:t>
            </w:r>
          </w:p>
        </w:tc>
      </w:tr>
      <w:tr w:rsidR="002E672C" w14:paraId="33F2DC68" w14:textId="77777777" w:rsidTr="0000498B">
        <w:tc>
          <w:tcPr>
            <w:tcW w:w="1313" w:type="dxa"/>
          </w:tcPr>
          <w:p w14:paraId="1639C5B6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Year 6</w:t>
            </w:r>
          </w:p>
        </w:tc>
        <w:tc>
          <w:tcPr>
            <w:tcW w:w="3365" w:type="dxa"/>
          </w:tcPr>
          <w:p w14:paraId="41628EF0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Happy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 xml:space="preserve">L&amp;A: </w:t>
            </w:r>
            <w:proofErr w:type="spellStart"/>
            <w:r w:rsidRPr="0000498B">
              <w:rPr>
                <w:rFonts w:ascii="Letter-join Air Plus 4" w:hAnsi="Letter-join Air Plus 4"/>
              </w:rPr>
              <w:t>Analyse</w:t>
            </w:r>
            <w:proofErr w:type="spellEnd"/>
            <w:r w:rsidRPr="0000498B">
              <w:rPr>
                <w:rFonts w:ascii="Letter-join Air Plus 4" w:hAnsi="Letter-join Air Plus 4"/>
              </w:rPr>
              <w:t xml:space="preserve"> and discuss music using sophisticated vocabulary.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Perform independently with accuracy and expression.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t>C: Compose using a range of musical elements.</w:t>
            </w:r>
          </w:p>
        </w:tc>
        <w:tc>
          <w:tcPr>
            <w:tcW w:w="2855" w:type="dxa"/>
          </w:tcPr>
          <w:p w14:paraId="7D127363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Classroom Jazz 2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L&amp;A: Compare musical styles, traditions and contexts.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Sustain an independent part.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Improvise fluently and creatively.</w:t>
            </w:r>
          </w:p>
        </w:tc>
        <w:tc>
          <w:tcPr>
            <w:tcW w:w="3666" w:type="dxa"/>
          </w:tcPr>
          <w:p w14:paraId="47E193E0" w14:textId="77777777" w:rsidR="002E672C" w:rsidRPr="0000498B" w:rsidRDefault="00373489">
            <w:pPr>
              <w:rPr>
                <w:rFonts w:ascii="Letter-join Air Plus 4" w:hAnsi="Letter-join Air Plus 4"/>
              </w:rPr>
            </w:pPr>
            <w:r w:rsidRPr="0000498B">
              <w:rPr>
                <w:rFonts w:ascii="Letter-join Air Plus 4" w:hAnsi="Letter-join Air Plus 4"/>
              </w:rPr>
              <w:t>You've Got a Friend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L&amp;A: Evaluate performances and compositions.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P: Perform confidently and respond to feedback.</w:t>
            </w:r>
            <w:r w:rsidRPr="0000498B">
              <w:rPr>
                <w:rFonts w:ascii="Letter-join Air Plus 4" w:hAnsi="Letter-join Air Plus 4"/>
              </w:rPr>
              <w:br/>
            </w:r>
            <w:r w:rsidRPr="0000498B">
              <w:rPr>
                <w:rFonts w:ascii="Letter-join Air Plus 4" w:hAnsi="Letter-join Air Plus 4"/>
              </w:rPr>
              <w:br/>
              <w:t>C: Compose, refine and present original music.</w:t>
            </w:r>
          </w:p>
        </w:tc>
      </w:tr>
    </w:tbl>
    <w:p w14:paraId="06FE4811" w14:textId="77777777" w:rsidR="00373489" w:rsidRDefault="00373489"/>
    <w:sectPr w:rsidR="0037348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etter-join Air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7749549">
    <w:abstractNumId w:val="8"/>
  </w:num>
  <w:num w:numId="2" w16cid:durableId="1648243804">
    <w:abstractNumId w:val="6"/>
  </w:num>
  <w:num w:numId="3" w16cid:durableId="1270311569">
    <w:abstractNumId w:val="5"/>
  </w:num>
  <w:num w:numId="4" w16cid:durableId="516964157">
    <w:abstractNumId w:val="4"/>
  </w:num>
  <w:num w:numId="5" w16cid:durableId="72973730">
    <w:abstractNumId w:val="7"/>
  </w:num>
  <w:num w:numId="6" w16cid:durableId="1271858530">
    <w:abstractNumId w:val="3"/>
  </w:num>
  <w:num w:numId="7" w16cid:durableId="2098552206">
    <w:abstractNumId w:val="2"/>
  </w:num>
  <w:num w:numId="8" w16cid:durableId="1160972802">
    <w:abstractNumId w:val="1"/>
  </w:num>
  <w:num w:numId="9" w16cid:durableId="2043745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498B"/>
    <w:rsid w:val="00034616"/>
    <w:rsid w:val="0006063C"/>
    <w:rsid w:val="0015074B"/>
    <w:rsid w:val="0029639D"/>
    <w:rsid w:val="002E672C"/>
    <w:rsid w:val="00326F90"/>
    <w:rsid w:val="00373489"/>
    <w:rsid w:val="009B22B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3E8134"/>
  <w14:defaultImageDpi w14:val="300"/>
  <w15:docId w15:val="{57BD7556-80B9-4B48-B9C0-30BAD1FFC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Emily Bevans</cp:lastModifiedBy>
  <cp:revision>2</cp:revision>
  <dcterms:created xsi:type="dcterms:W3CDTF">2026-07-09T15:08:00Z</dcterms:created>
  <dcterms:modified xsi:type="dcterms:W3CDTF">2026-07-09T15:08:00Z</dcterms:modified>
  <cp:category/>
</cp:coreProperties>
</file>